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B1D90" w14:textId="77777777" w:rsidR="002B38AF" w:rsidRPr="00EE335B" w:rsidRDefault="009E4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ALLEGATO A</w:t>
      </w:r>
    </w:p>
    <w:p w14:paraId="2CFCD12D" w14:textId="77777777" w:rsidR="00EE335B" w:rsidRPr="00EE335B" w:rsidRDefault="00EE335B" w:rsidP="00EE335B">
      <w:pPr>
        <w:jc w:val="right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sz w:val="24"/>
          <w:szCs w:val="24"/>
        </w:rPr>
        <w:t>Settore V – Lavori Pubblici</w:t>
      </w:r>
      <w:r w:rsidRPr="00EE335B">
        <w:rPr>
          <w:rFonts w:ascii="Times New Roman" w:hAnsi="Times New Roman" w:cs="Times New Roman"/>
          <w:sz w:val="24"/>
          <w:szCs w:val="24"/>
        </w:rPr>
        <w:br/>
        <w:t>PEC: lavori.pubblici@cert.comune.molfetta.ba.it</w:t>
      </w:r>
    </w:p>
    <w:p w14:paraId="0551C4F0" w14:textId="77777777" w:rsidR="00EE335B" w:rsidRPr="00EE335B" w:rsidRDefault="00EE33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DC6CD2" w14:textId="1F196189" w:rsidR="00EE335B" w:rsidRPr="00EE335B" w:rsidRDefault="00EE335B" w:rsidP="00EE335B">
      <w:pPr>
        <w:jc w:val="center"/>
        <w:rPr>
          <w:rFonts w:ascii="Times New Roman" w:hAnsi="Times New Roman" w:cs="Times New Roman"/>
          <w:sz w:val="22"/>
        </w:rPr>
      </w:pPr>
      <w:r w:rsidRPr="00EE335B">
        <w:rPr>
          <w:rFonts w:ascii="Times New Roman" w:hAnsi="Times New Roman" w:cs="Times New Roman"/>
          <w:i/>
          <w:sz w:val="22"/>
        </w:rPr>
        <w:t>POC Puglia 2021-2027 – Area Tematica “06 Cultura” – Valorizzazione delle spiagge libere – Prima Cala</w:t>
      </w:r>
    </w:p>
    <w:p w14:paraId="592B8BC8" w14:textId="1C6D54DD" w:rsidR="00EE335B" w:rsidRPr="00EE335B" w:rsidRDefault="00EE335B" w:rsidP="00EE335B">
      <w:pPr>
        <w:pStyle w:val="Default"/>
        <w:jc w:val="center"/>
      </w:pPr>
      <w:r w:rsidRPr="00EE335B">
        <w:t>AVVISO ESPLORATIVO DI MANIFESTAZIONE DI INTERESSE</w:t>
      </w:r>
    </w:p>
    <w:p w14:paraId="7C065323" w14:textId="77777777" w:rsidR="00EE335B" w:rsidRPr="00EE335B" w:rsidRDefault="00EE335B" w:rsidP="00EE3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sz w:val="24"/>
          <w:szCs w:val="24"/>
        </w:rPr>
        <w:t xml:space="preserve">per la realizzazione, fornitura e montaggio di strutture lignee amovibili, pedane, passerelle, spogliatoio e deposito presso la spiaggia libera “Prima Cala” </w:t>
      </w:r>
    </w:p>
    <w:p w14:paraId="784C8E6A" w14:textId="77777777" w:rsidR="00EE335B" w:rsidRPr="00EE335B" w:rsidRDefault="00EE335B">
      <w:pPr>
        <w:rPr>
          <w:rFonts w:ascii="Times New Roman" w:hAnsi="Times New Roman" w:cs="Times New Roman"/>
          <w:b/>
          <w:sz w:val="24"/>
          <w:szCs w:val="24"/>
        </w:rPr>
      </w:pPr>
    </w:p>
    <w:p w14:paraId="02DF1BB9" w14:textId="3AB1707C" w:rsidR="00EE335B" w:rsidRPr="00EE335B" w:rsidRDefault="00EE335B" w:rsidP="00EE3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MODELLO DI MANIFESTAZIONE DI INTERESSE</w:t>
      </w:r>
      <w:r w:rsidRPr="00EE335B">
        <w:rPr>
          <w:rFonts w:ascii="Times New Roman" w:hAnsi="Times New Roman" w:cs="Times New Roman"/>
          <w:b/>
          <w:sz w:val="24"/>
          <w:szCs w:val="24"/>
        </w:rPr>
        <w:t xml:space="preserve"> (fac-simile)</w:t>
      </w:r>
    </w:p>
    <w:p w14:paraId="26AE2C1D" w14:textId="77777777" w:rsidR="00EE335B" w:rsidRPr="00EE335B" w:rsidRDefault="00EE335B">
      <w:pPr>
        <w:rPr>
          <w:rFonts w:ascii="Times New Roman" w:hAnsi="Times New Roman" w:cs="Times New Roman"/>
          <w:b/>
          <w:sz w:val="24"/>
          <w:szCs w:val="24"/>
        </w:rPr>
      </w:pPr>
    </w:p>
    <w:p w14:paraId="1D2CB2D7" w14:textId="2C00684D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Il/La sottoscritto/a</w:t>
      </w:r>
    </w:p>
    <w:p w14:paraId="56D5B367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Nome e cognome: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5F505354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nato/a a: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2799A059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il: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4BA94036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codice fiscale: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37113534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sz w:val="24"/>
          <w:szCs w:val="24"/>
        </w:rPr>
        <w:t>in qualità di legale rappresentante/procuratore dell’operatore economico:</w:t>
      </w:r>
    </w:p>
    <w:p w14:paraId="2A32E0B6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denominazione/ragione sociale: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7CE37144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sede legale: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3C7D4506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codice fiscale/P. IVA: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2CCDD2D2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PEC: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6F1D7B62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e-mail: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5913482D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telefono: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53C4BDA3" w14:textId="77777777" w:rsidR="002B38AF" w:rsidRPr="00EE335B" w:rsidRDefault="009E4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MANIFESTA</w:t>
      </w:r>
    </w:p>
    <w:p w14:paraId="3DAC0782" w14:textId="6273583B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sz w:val="24"/>
          <w:szCs w:val="24"/>
        </w:rPr>
        <w:t xml:space="preserve">il proprio interesse a partecipare </w:t>
      </w:r>
      <w:r w:rsidR="0099310B" w:rsidRPr="00EE335B">
        <w:rPr>
          <w:rFonts w:ascii="Times New Roman" w:hAnsi="Times New Roman" w:cs="Times New Roman"/>
          <w:sz w:val="24"/>
          <w:szCs w:val="24"/>
        </w:rPr>
        <w:t>alla</w:t>
      </w:r>
      <w:r w:rsidRPr="00EE335B">
        <w:rPr>
          <w:rFonts w:ascii="Times New Roman" w:hAnsi="Times New Roman" w:cs="Times New Roman"/>
          <w:sz w:val="24"/>
          <w:szCs w:val="24"/>
        </w:rPr>
        <w:t xml:space="preserve"> procedura per l’affidamento dell’intervento in oggetto, da eseguirsi presso la spiaggia libera “Prima Cala” in Molfetta, Strada vicinale Torre Rotonda.</w:t>
      </w:r>
    </w:p>
    <w:p w14:paraId="0BA8D248" w14:textId="77777777" w:rsidR="002B38AF" w:rsidRPr="00EE335B" w:rsidRDefault="009E4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A TAL FINE DICHIARA</w:t>
      </w:r>
    </w:p>
    <w:p w14:paraId="6697D5A4" w14:textId="77777777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 xml:space="preserve">di essere in possesso dei requisiti di ordine generale previsti dal </w:t>
      </w:r>
      <w:proofErr w:type="spellStart"/>
      <w:r w:rsidRPr="00EE335B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EE335B">
        <w:rPr>
          <w:rFonts w:ascii="Times New Roman" w:hAnsi="Times New Roman" w:cs="Times New Roman"/>
          <w:sz w:val="24"/>
          <w:szCs w:val="24"/>
        </w:rPr>
        <w:t xml:space="preserve"> n. 36/2023 e dei requisiti di idoneità professionale coerenti con l’oggetto dell’affidamento;</w:t>
      </w:r>
    </w:p>
    <w:p w14:paraId="69EBEB56" w14:textId="77777777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>di essere iscritto all’Albo Fornitori on-line del Comune di Molfetta, operativo sulla piattaforma di approvvigionamento digitale “Traspare”;</w:t>
      </w:r>
    </w:p>
    <w:p w14:paraId="1AB03EA0" w14:textId="77777777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>di aver preso visione dell’Avviso esplorativo di manifestazione di interesse e di accettarne integralmente contenuti, condizioni e prescrizioni;</w:t>
      </w:r>
    </w:p>
    <w:p w14:paraId="765F47AE" w14:textId="77777777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 xml:space="preserve">di aver preso visione delle </w:t>
      </w:r>
      <w:proofErr w:type="spellStart"/>
      <w:r w:rsidRPr="00EE335B">
        <w:rPr>
          <w:rFonts w:ascii="Times New Roman" w:hAnsi="Times New Roman" w:cs="Times New Roman"/>
          <w:sz w:val="24"/>
          <w:szCs w:val="24"/>
        </w:rPr>
        <w:t>Tavv</w:t>
      </w:r>
      <w:proofErr w:type="spellEnd"/>
      <w:r w:rsidRPr="00EE335B">
        <w:rPr>
          <w:rFonts w:ascii="Times New Roman" w:hAnsi="Times New Roman" w:cs="Times New Roman"/>
          <w:sz w:val="24"/>
          <w:szCs w:val="24"/>
        </w:rPr>
        <w:t>. 01, 02, 03, 04 e 05 allegate all’Avviso e di accettare la configurazione dell’intervento e le caratteristiche tecniche ivi rappresentate;</w:t>
      </w:r>
    </w:p>
    <w:p w14:paraId="363E618B" w14:textId="77777777" w:rsid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EE335B" w:rsidRPr="00EE335B">
        <w:rPr>
          <w:rFonts w:ascii="Times New Roman" w:hAnsi="Times New Roman" w:cs="Times New Roman"/>
          <w:bCs/>
          <w:sz w:val="24"/>
          <w:szCs w:val="24"/>
        </w:rPr>
        <w:t>(eventuale)</w:t>
      </w:r>
      <w:r w:rsidR="00EE33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335B">
        <w:rPr>
          <w:rFonts w:ascii="Times New Roman" w:hAnsi="Times New Roman" w:cs="Times New Roman"/>
          <w:sz w:val="24"/>
          <w:szCs w:val="24"/>
        </w:rPr>
        <w:t>di aver preso conoscenza della localizzazione dell’intervento e delle condizioni generali dei luoghi</w:t>
      </w:r>
      <w:r w:rsidR="00EE335B">
        <w:rPr>
          <w:rFonts w:ascii="Times New Roman" w:hAnsi="Times New Roman" w:cs="Times New Roman"/>
          <w:sz w:val="24"/>
          <w:szCs w:val="24"/>
        </w:rPr>
        <w:t>;</w:t>
      </w:r>
    </w:p>
    <w:p w14:paraId="404DC9F5" w14:textId="30D6FDDE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sz w:val="24"/>
          <w:szCs w:val="24"/>
        </w:rPr>
        <w:t>di essere consapevole che, prima dell’esecuzione, dovranno essere effettuati a propria cura i rilievi e le verifiche dimensionali di dettaglio necessari alla corretta produzione e posa delle opere;</w:t>
      </w:r>
    </w:p>
    <w:p w14:paraId="03499DA4" w14:textId="77777777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>di essere disponibile a eseguire l’intervento nel suo complesso, comprendente la fornitura e il montaggio delle strutture amovibili, delle pedane e passerelle, dei n. 2 volumi prefabbricati destinati a deposito, dei corrimani e delle riparazioni puntuali dell’esistente, secondo quanto previsto dall’Avviso e dagli elaborati progettuali;</w:t>
      </w:r>
    </w:p>
    <w:p w14:paraId="3A3143B1" w14:textId="77777777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 xml:space="preserve">di impegnarsi a utilizzare materiali idonei per esterni e per ambiente marino, resistenti alla salsedine, all’umidità e agli agenti atmosferici, nonché pavimentazioni tipo </w:t>
      </w:r>
      <w:proofErr w:type="spellStart"/>
      <w:r w:rsidRPr="00EE335B">
        <w:rPr>
          <w:rFonts w:ascii="Times New Roman" w:hAnsi="Times New Roman" w:cs="Times New Roman"/>
          <w:sz w:val="24"/>
          <w:szCs w:val="24"/>
        </w:rPr>
        <w:t>decking</w:t>
      </w:r>
      <w:proofErr w:type="spellEnd"/>
      <w:r w:rsidRPr="00EE335B">
        <w:rPr>
          <w:rFonts w:ascii="Times New Roman" w:hAnsi="Times New Roman" w:cs="Times New Roman"/>
          <w:sz w:val="24"/>
          <w:szCs w:val="24"/>
        </w:rPr>
        <w:t xml:space="preserve"> WPC antisdrucciolo e componenti conformi alle caratteristiche minime indicate nell’Avviso;</w:t>
      </w:r>
    </w:p>
    <w:p w14:paraId="0EFEB01A" w14:textId="77777777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>di impegnarsi a realizzare opere leggere, reversibili, amovibili e facilmente smontabili, con sistemi di posa e fissaggio coerenti con le prescrizioni dell’Avviso;</w:t>
      </w:r>
    </w:p>
    <w:p w14:paraId="5BB694E9" w14:textId="6EDE7E04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>di assumere integralmente a proprio carico tutti gli oneri necessari alla completa e perfetta esecuzione dell’intervento</w:t>
      </w:r>
      <w:r w:rsidR="00EE335B">
        <w:rPr>
          <w:rFonts w:ascii="Times New Roman" w:hAnsi="Times New Roman" w:cs="Times New Roman"/>
          <w:sz w:val="24"/>
          <w:szCs w:val="24"/>
        </w:rPr>
        <w:t>;</w:t>
      </w:r>
    </w:p>
    <w:p w14:paraId="067B82B8" w14:textId="77777777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>di impegnarsi a completare integralmente la fornitura, il montaggio e tutte le lavorazioni previste, comprese le verifiche e la consegna della documentazione finale, entro e non oltre il 30 ottobre 2026, prendendo atto che tale termine è essenziale e perentorio e che non saranno concesse proroghe;</w:t>
      </w:r>
    </w:p>
    <w:p w14:paraId="4B5278AD" w14:textId="36A8F3D0" w:rsidR="002B38AF" w:rsidRPr="00EE335B" w:rsidRDefault="009E4361">
      <w:pPr>
        <w:ind w:left="283" w:hanging="170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 xml:space="preserve">di essere consapevole che l’importo </w:t>
      </w:r>
      <w:r w:rsidR="00EE335B">
        <w:rPr>
          <w:rFonts w:ascii="Times New Roman" w:hAnsi="Times New Roman" w:cs="Times New Roman"/>
          <w:sz w:val="24"/>
          <w:szCs w:val="24"/>
        </w:rPr>
        <w:t xml:space="preserve">a base d’asta </w:t>
      </w:r>
      <w:r w:rsidRPr="00EE335B">
        <w:rPr>
          <w:rFonts w:ascii="Times New Roman" w:hAnsi="Times New Roman" w:cs="Times New Roman"/>
          <w:sz w:val="24"/>
          <w:szCs w:val="24"/>
        </w:rPr>
        <w:t>è pari a € 35.800,00 oltre IVA, di cui € 35.000,00 oltre IVA soggetti a ribasso ed € 800,00 oltre IVA per oneri della sicurezza non soggetti a ribasso, e che l’importo è da intendersi a corpo;</w:t>
      </w:r>
    </w:p>
    <w:p w14:paraId="3EB1189E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Luogo e data: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2B0A3439" w14:textId="77777777" w:rsidR="002B38AF" w:rsidRPr="00EE335B" w:rsidRDefault="009E4361">
      <w:pPr>
        <w:jc w:val="right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Firma del legale rappresentante/procuratore</w:t>
      </w:r>
      <w:r w:rsidRPr="00EE335B">
        <w:rPr>
          <w:rFonts w:ascii="Times New Roman" w:hAnsi="Times New Roman" w:cs="Times New Roman"/>
          <w:b/>
          <w:sz w:val="24"/>
          <w:szCs w:val="24"/>
        </w:rPr>
        <w:br/>
        <w:t>________________________________________</w:t>
      </w:r>
    </w:p>
    <w:sectPr w:rsidR="002B38AF" w:rsidRPr="00EE335B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B6E7E" w14:textId="77777777" w:rsidR="009E4361" w:rsidRPr="00EE335B" w:rsidRDefault="009E4361">
      <w:pPr>
        <w:spacing w:after="0" w:line="240" w:lineRule="auto"/>
      </w:pPr>
      <w:r w:rsidRPr="00EE335B">
        <w:separator/>
      </w:r>
    </w:p>
  </w:endnote>
  <w:endnote w:type="continuationSeparator" w:id="0">
    <w:p w14:paraId="06B50D96" w14:textId="77777777" w:rsidR="009E4361" w:rsidRPr="00EE335B" w:rsidRDefault="009E4361">
      <w:pPr>
        <w:spacing w:after="0" w:line="240" w:lineRule="auto"/>
      </w:pPr>
      <w:r w:rsidRPr="00EE33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46ED7" w14:textId="77777777" w:rsidR="009E4361" w:rsidRPr="00EE335B" w:rsidRDefault="009E4361">
      <w:pPr>
        <w:spacing w:after="0" w:line="240" w:lineRule="auto"/>
      </w:pPr>
      <w:r w:rsidRPr="00EE335B">
        <w:separator/>
      </w:r>
    </w:p>
  </w:footnote>
  <w:footnote w:type="continuationSeparator" w:id="0">
    <w:p w14:paraId="52E7CF41" w14:textId="77777777" w:rsidR="009E4361" w:rsidRPr="00EE335B" w:rsidRDefault="009E4361">
      <w:pPr>
        <w:spacing w:after="0" w:line="240" w:lineRule="auto"/>
      </w:pPr>
      <w:r w:rsidRPr="00EE335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0508955">
    <w:abstractNumId w:val="8"/>
  </w:num>
  <w:num w:numId="2" w16cid:durableId="681781520">
    <w:abstractNumId w:val="6"/>
  </w:num>
  <w:num w:numId="3" w16cid:durableId="1319772921">
    <w:abstractNumId w:val="5"/>
  </w:num>
  <w:num w:numId="4" w16cid:durableId="1456172456">
    <w:abstractNumId w:val="4"/>
  </w:num>
  <w:num w:numId="5" w16cid:durableId="1982273169">
    <w:abstractNumId w:val="7"/>
  </w:num>
  <w:num w:numId="6" w16cid:durableId="98641683">
    <w:abstractNumId w:val="3"/>
  </w:num>
  <w:num w:numId="7" w16cid:durableId="1219704682">
    <w:abstractNumId w:val="2"/>
  </w:num>
  <w:num w:numId="8" w16cid:durableId="1629050199">
    <w:abstractNumId w:val="1"/>
  </w:num>
  <w:num w:numId="9" w16cid:durableId="127647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38AF"/>
    <w:rsid w:val="00326F90"/>
    <w:rsid w:val="0099310B"/>
    <w:rsid w:val="009E4361"/>
    <w:rsid w:val="00AA1D8D"/>
    <w:rsid w:val="00B47730"/>
    <w:rsid w:val="00CB0664"/>
    <w:rsid w:val="00EE335B"/>
    <w:rsid w:val="00F01B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3F033"/>
  <w14:defaultImageDpi w14:val="300"/>
  <w15:docId w15:val="{01092E10-5D21-4823-8975-2B609621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1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EE3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Giulio Germinario</cp:lastModifiedBy>
  <cp:revision>2</cp:revision>
  <dcterms:created xsi:type="dcterms:W3CDTF">2026-08-18T10:30:00Z</dcterms:created>
  <dcterms:modified xsi:type="dcterms:W3CDTF">2026-08-18T10:30:00Z</dcterms:modified>
  <cp:category/>
</cp:coreProperties>
</file>