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74C02" w14:textId="77777777" w:rsidR="000803E1" w:rsidRDefault="00AD609D">
      <w:pPr>
        <w:spacing w:after="40"/>
        <w:jc w:val="center"/>
      </w:pPr>
      <w:r>
        <w:rPr>
          <w:b/>
        </w:rPr>
        <w:t>ALLEGATO B</w:t>
      </w:r>
    </w:p>
    <w:p w14:paraId="165BD992" w14:textId="77777777" w:rsidR="000803E1" w:rsidRDefault="00AD609D">
      <w:pPr>
        <w:spacing w:after="40"/>
        <w:jc w:val="center"/>
      </w:pPr>
      <w:r>
        <w:rPr>
          <w:b/>
        </w:rPr>
        <w:t>DOMANDA DI PARTECIPAZIONE</w:t>
      </w:r>
    </w:p>
    <w:p w14:paraId="5CB67ECB" w14:textId="77777777" w:rsidR="000803E1" w:rsidRDefault="00AD609D">
      <w:pPr>
        <w:jc w:val="center"/>
      </w:pPr>
      <w:r>
        <w:rPr>
          <w:b/>
        </w:rPr>
        <w:t>alla procedura ad evidenza pubblica per la selezione di candidature finalizzate alla nomina del Direttore Generale della società in house ASM S.r.l.</w:t>
      </w:r>
    </w:p>
    <w:p w14:paraId="602B19E5" w14:textId="0845DA4F" w:rsidR="000803E1" w:rsidRDefault="00AD609D">
      <w:pPr>
        <w:spacing w:after="240"/>
        <w:jc w:val="center"/>
      </w:pPr>
      <w:r>
        <w:rPr>
          <w:i/>
        </w:rPr>
        <w:t xml:space="preserve">Approvata con Determinazione Dirigenziale n. </w:t>
      </w:r>
      <w:r w:rsidR="00384C5D">
        <w:rPr>
          <w:i/>
        </w:rPr>
        <w:t xml:space="preserve">1184 </w:t>
      </w:r>
      <w:r>
        <w:rPr>
          <w:i/>
        </w:rPr>
        <w:t>del</w:t>
      </w:r>
      <w:r w:rsidR="00384C5D">
        <w:rPr>
          <w:i/>
        </w:rPr>
        <w:t xml:space="preserve"> 17 settembre 2026</w:t>
      </w:r>
      <w:r>
        <w:rPr>
          <w:i/>
        </w:rPr>
        <w:t xml:space="preserve"> </w:t>
      </w:r>
    </w:p>
    <w:p w14:paraId="708D5276" w14:textId="77777777" w:rsidR="000803E1" w:rsidRDefault="00AD609D">
      <w:pPr>
        <w:spacing w:after="80"/>
      </w:pPr>
      <w:r>
        <w:rPr>
          <w:b/>
        </w:rPr>
        <w:t>Il/La sottoscritto/a</w:t>
      </w:r>
    </w:p>
    <w:p w14:paraId="78A164C3" w14:textId="77777777" w:rsidR="000803E1" w:rsidRDefault="00AD609D">
      <w:pPr>
        <w:spacing w:after="40"/>
      </w:pPr>
      <w:r>
        <w:t>Nome: ________________________________</w:t>
      </w:r>
    </w:p>
    <w:p w14:paraId="62A37C42" w14:textId="77777777" w:rsidR="000803E1" w:rsidRDefault="00AD609D">
      <w:pPr>
        <w:spacing w:after="40"/>
      </w:pPr>
      <w:r>
        <w:t>Cognome: ________________________________</w:t>
      </w:r>
    </w:p>
    <w:p w14:paraId="34E2CDB6" w14:textId="77777777" w:rsidR="000803E1" w:rsidRDefault="00AD609D">
      <w:pPr>
        <w:spacing w:after="40"/>
      </w:pPr>
      <w:r>
        <w:t>Codice fiscale: ________________________________</w:t>
      </w:r>
    </w:p>
    <w:p w14:paraId="7BFAA1DF" w14:textId="77777777" w:rsidR="000803E1" w:rsidRDefault="00AD609D">
      <w:pPr>
        <w:spacing w:after="40"/>
      </w:pPr>
      <w:r>
        <w:t>Luogo di nascita: ________________________________  Data di nascita: ____/____/________</w:t>
      </w:r>
    </w:p>
    <w:p w14:paraId="5920D149" w14:textId="77777777" w:rsidR="000803E1" w:rsidRDefault="00AD609D">
      <w:pPr>
        <w:spacing w:after="40"/>
      </w:pPr>
      <w:r>
        <w:t>Residenza: ________________________________________________</w:t>
      </w:r>
    </w:p>
    <w:p w14:paraId="5B09BF4D" w14:textId="77777777" w:rsidR="000803E1" w:rsidRDefault="00AD609D">
      <w:pPr>
        <w:spacing w:after="40"/>
      </w:pPr>
      <w:r>
        <w:t>Via/Piazza: ______________________________________________  n. ______</w:t>
      </w:r>
    </w:p>
    <w:p w14:paraId="1FFCC863" w14:textId="77777777" w:rsidR="000803E1" w:rsidRDefault="00AD609D">
      <w:pPr>
        <w:spacing w:after="40"/>
      </w:pPr>
      <w:r>
        <w:t>CAP: __________  Comune: ______________________________  Provincia: ______</w:t>
      </w:r>
    </w:p>
    <w:p w14:paraId="3FA04885" w14:textId="77777777" w:rsidR="000803E1" w:rsidRDefault="00AD609D">
      <w:pPr>
        <w:spacing w:after="40"/>
      </w:pPr>
      <w:r>
        <w:t>Telefono: ________________________________</w:t>
      </w:r>
    </w:p>
    <w:p w14:paraId="030AE5E5" w14:textId="77777777" w:rsidR="000803E1" w:rsidRDefault="00AD609D">
      <w:pPr>
        <w:spacing w:after="40"/>
      </w:pPr>
      <w:r>
        <w:t>E-mail: _________________________________________________</w:t>
      </w:r>
    </w:p>
    <w:p w14:paraId="542231EB" w14:textId="77777777" w:rsidR="000803E1" w:rsidRDefault="00AD609D">
      <w:pPr>
        <w:spacing w:after="40"/>
      </w:pPr>
      <w:r>
        <w:t>PEC: ____________________________________________________</w:t>
      </w:r>
    </w:p>
    <w:p w14:paraId="3EE1F943" w14:textId="77777777" w:rsidR="000803E1" w:rsidRDefault="00AD609D">
      <w:pPr>
        <w:spacing w:after="80"/>
      </w:pPr>
      <w:r>
        <w:t>consapevole delle responsabilità e delle sanzioni penali previste dall’art. 76 del D.P.R. n. 445/2000 in caso di dichiarazioni mendaci, falsità negli atti e uso di atti falsi, nonché della decadenza dai benefici eventualmente conseguiti sulla base di dichiarazioni non veritiere ai sensi dell’art. 75 del medesimo D.P.R.,</w:t>
      </w:r>
    </w:p>
    <w:p w14:paraId="7E24579A" w14:textId="77777777" w:rsidR="000803E1" w:rsidRDefault="00AD609D">
      <w:pPr>
        <w:spacing w:after="80"/>
        <w:jc w:val="center"/>
      </w:pPr>
      <w:r>
        <w:rPr>
          <w:b/>
        </w:rPr>
        <w:t>CHIEDE</w:t>
      </w:r>
    </w:p>
    <w:p w14:paraId="5341AE19" w14:textId="77777777" w:rsidR="000803E1" w:rsidRDefault="00AD609D">
      <w:pPr>
        <w:spacing w:after="160"/>
      </w:pPr>
      <w:r>
        <w:t>di essere ammesso/a alla procedura ad evidenza pubblica per la selezione di candidature finalizzate alla nomina del Direttore Generale della società in house ASM S.r.l., secondo quanto previsto dall’Avviso pubblico e dalla normativa richiamata nello stesso.</w:t>
      </w:r>
    </w:p>
    <w:p w14:paraId="19C0D85D" w14:textId="77777777" w:rsidR="000803E1" w:rsidRDefault="00AD609D">
      <w:pPr>
        <w:spacing w:after="120"/>
        <w:jc w:val="center"/>
      </w:pPr>
      <w:r>
        <w:rPr>
          <w:b/>
        </w:rPr>
        <w:t>A TAL FINE DICHIARA</w:t>
      </w:r>
    </w:p>
    <w:p w14:paraId="1639351D" w14:textId="77777777" w:rsidR="000803E1" w:rsidRDefault="00AD609D">
      <w:pPr>
        <w:spacing w:after="80"/>
      </w:pPr>
      <w:r>
        <w:rPr>
          <w:b/>
        </w:rPr>
        <w:t>1. TITOLO DI STUDIO</w:t>
      </w:r>
    </w:p>
    <w:p w14:paraId="2BB75E65" w14:textId="77777777" w:rsidR="000803E1" w:rsidRDefault="00AD609D">
      <w:pPr>
        <w:spacing w:after="80"/>
      </w:pPr>
      <w:r>
        <w:t>di possedere il seguente titolo di studio ammesso dall’art. 2.1 dell’Avviso pubblico:</w:t>
      </w:r>
    </w:p>
    <w:p w14:paraId="34AD1FC2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LM-22 – Ingegneria Chimica</w:t>
      </w:r>
    </w:p>
    <w:p w14:paraId="70A831DC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LM-23 – Ingegneria Civile</w:t>
      </w:r>
    </w:p>
    <w:p w14:paraId="7F8DC3B2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LM-24 – Ingegneria dei Sistemi Edilizi</w:t>
      </w:r>
    </w:p>
    <w:p w14:paraId="7C9990C0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LM-26 – Ingegneria della Sicurezza</w:t>
      </w:r>
    </w:p>
    <w:p w14:paraId="2A531727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LM-30 – Ingegneria Energetica e Nucleare</w:t>
      </w:r>
    </w:p>
    <w:p w14:paraId="50AC0151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LM-31 – Ingegneria Gestionale</w:t>
      </w:r>
    </w:p>
    <w:p w14:paraId="71BB6B92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LM-35 – Ingegneria per l’Ambiente e il Territorio</w:t>
      </w:r>
    </w:p>
    <w:p w14:paraId="3E1AB680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LM-48 – Pianificazione Territoriale Urbanistica e Ambientale</w:t>
      </w:r>
    </w:p>
    <w:p w14:paraId="21D82D16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LM-54 – Scienze Chimiche</w:t>
      </w:r>
    </w:p>
    <w:p w14:paraId="7D465DA2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LM-56 – Scienze dell’Economia</w:t>
      </w:r>
    </w:p>
    <w:p w14:paraId="0F831C58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LM-71 – Scienze e Tecnologie della Chimica Industriale</w:t>
      </w:r>
    </w:p>
    <w:p w14:paraId="33E325A0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LM-73 – Scienze e Tecnologie Forestali ed Ambientali</w:t>
      </w:r>
    </w:p>
    <w:p w14:paraId="2C2733CF" w14:textId="77777777" w:rsidR="000803E1" w:rsidRDefault="00AD609D">
      <w:pPr>
        <w:spacing w:after="40"/>
      </w:pPr>
      <w:r>
        <w:rPr>
          <w:sz w:val="22"/>
        </w:rPr>
        <w:lastRenderedPageBreak/>
        <w:t xml:space="preserve">☐ </w:t>
      </w:r>
      <w:r>
        <w:t>LM-74 – Scienze e Tecnologie Geologiche</w:t>
      </w:r>
    </w:p>
    <w:p w14:paraId="76FB4704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LM-75 – Scienze e Tecnologie per l’Ambiente e il Territorio</w:t>
      </w:r>
    </w:p>
    <w:p w14:paraId="20E054D9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LM-77 – Scienze Economico-Aziendali</w:t>
      </w:r>
    </w:p>
    <w:p w14:paraId="5923CDFD" w14:textId="77777777" w:rsidR="000803E1" w:rsidRDefault="00AD609D">
      <w:pPr>
        <w:spacing w:after="80"/>
      </w:pPr>
      <w:r>
        <w:t>Classe di laurea: ________________________________</w:t>
      </w:r>
    </w:p>
    <w:p w14:paraId="4DA255DA" w14:textId="77777777" w:rsidR="000803E1" w:rsidRDefault="00AD609D">
      <w:pPr>
        <w:spacing w:after="80"/>
      </w:pPr>
      <w:r>
        <w:t>Denominazione del titolo: _________________________________________________</w:t>
      </w:r>
    </w:p>
    <w:p w14:paraId="67C45818" w14:textId="77777777" w:rsidR="000803E1" w:rsidRDefault="00AD609D">
      <w:pPr>
        <w:spacing w:after="80"/>
      </w:pPr>
      <w:r>
        <w:t>Università/Istituzione: _________________________________________________</w:t>
      </w:r>
    </w:p>
    <w:p w14:paraId="727490FE" w14:textId="77777777" w:rsidR="000803E1" w:rsidRDefault="00AD609D">
      <w:pPr>
        <w:spacing w:after="80"/>
      </w:pPr>
      <w:r>
        <w:t>Data di conseguimento: ____/____/________    Votazione: __________ / __________</w:t>
      </w:r>
    </w:p>
    <w:p w14:paraId="7CEB5F46" w14:textId="77777777" w:rsidR="000803E1" w:rsidRDefault="00AD609D">
      <w:pPr>
        <w:spacing w:after="80"/>
      </w:pPr>
      <w:r>
        <w:t>Ordinamento: ☐ Laurea Magistrale   ☐ Laurea Specialistica   ☐ Diploma di Laurea vecchio ordinamento</w:t>
      </w:r>
    </w:p>
    <w:p w14:paraId="6CB2FC22" w14:textId="77777777" w:rsidR="000803E1" w:rsidRDefault="00AD609D">
      <w:pPr>
        <w:spacing w:after="120"/>
      </w:pPr>
      <w:r>
        <w:t>Eventuale equipollenza/equiparazione: ________________________________________________</w:t>
      </w:r>
    </w:p>
    <w:p w14:paraId="297FA05C" w14:textId="77777777" w:rsidR="000803E1" w:rsidRDefault="00AD609D">
      <w:pPr>
        <w:spacing w:after="80"/>
      </w:pPr>
      <w:r>
        <w:rPr>
          <w:b/>
        </w:rPr>
        <w:t>2. ESPERIENZA PROFESSIONALE</w:t>
      </w:r>
    </w:p>
    <w:p w14:paraId="2037B494" w14:textId="30875EF3" w:rsidR="000803E1" w:rsidRDefault="00AD609D">
      <w:pPr>
        <w:spacing w:after="80"/>
      </w:pPr>
      <w:r>
        <w:t xml:space="preserve">di possedere, alla data di scadenza del termine per la presentazione della domanda, un’esperienza professionale complessiva di almeno cinque anni </w:t>
      </w:r>
      <w:r w:rsidR="00893ECA">
        <w:t xml:space="preserve">strettamente coerente </w:t>
      </w:r>
      <w:r>
        <w:t>nell’ambito dei servizi di gestione della raccolta e dello smaltimento dei rifiuti, maturata attraverso attività di amministrazione e/o attraverso l’esercizio di funzioni dirigenziali, direttive, apicali o comunque caratterizzate da effettiva autonomia e responsabilità gestionale, presso enti pubblici, società a partecipazione pubblica o società private, con assunzione di responsabilità diretta</w:t>
      </w:r>
      <w:r w:rsidR="00893ECA">
        <w:t xml:space="preserve"> </w:t>
      </w:r>
      <w:r>
        <w:t>di risorse umane, finanziarie e/o strumentali.</w:t>
      </w:r>
    </w:p>
    <w:p w14:paraId="14174C5D" w14:textId="77777777" w:rsidR="000803E1" w:rsidRDefault="00AD609D">
      <w:pPr>
        <w:spacing w:after="80"/>
      </w:pPr>
      <w:r>
        <w:t>Il/La sottoscritto/a dichiara di aver indicato nel curriculum vitae e nella presente domanda, per ciascuna esperienza utile al requisito, il soggetto presso il quale l’attività è stata svolta, la natura dell’incarico o funzione, il periodo, il livello di responsabilità e autonomia, le principali attività e le risorse direttamente coordinate o gestite.</w:t>
      </w:r>
    </w:p>
    <w:p w14:paraId="5CD940E8" w14:textId="77777777" w:rsidR="000803E1" w:rsidRDefault="00AD609D">
      <w:pPr>
        <w:spacing w:after="80"/>
      </w:pPr>
      <w:r>
        <w:rPr>
          <w:b/>
        </w:rPr>
        <w:t>Esperienza complessiva utile dichiarata: anni ______ mesi ______ giorni ______</w:t>
      </w:r>
    </w:p>
    <w:p w14:paraId="159BFC2B" w14:textId="77777777" w:rsidR="000803E1" w:rsidRDefault="00AD609D">
      <w:pPr>
        <w:spacing w:after="80"/>
      </w:pPr>
      <w:r>
        <w:t>Tabella riepilogativa delle esperienze professionali dichiarate ai fini del requisito minimo: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104"/>
        <w:gridCol w:w="2845"/>
        <w:gridCol w:w="1559"/>
        <w:gridCol w:w="1616"/>
      </w:tblGrid>
      <w:tr w:rsidR="000D4B10" w14:paraId="32676A38" w14:textId="77777777" w:rsidTr="000D4B10">
        <w:trPr>
          <w:jc w:val="center"/>
        </w:trPr>
        <w:tc>
          <w:tcPr>
            <w:tcW w:w="3104" w:type="dxa"/>
            <w:shd w:val="clear" w:color="auto" w:fill="D9EAF7"/>
            <w:vAlign w:val="center"/>
          </w:tcPr>
          <w:p w14:paraId="1C25C914" w14:textId="77777777" w:rsidR="000D4B10" w:rsidRDefault="000D4B10">
            <w:r>
              <w:rPr>
                <w:b/>
                <w:sz w:val="17"/>
              </w:rPr>
              <w:t>Datore/Ente/Società</w:t>
            </w:r>
          </w:p>
        </w:tc>
        <w:tc>
          <w:tcPr>
            <w:tcW w:w="2845" w:type="dxa"/>
            <w:shd w:val="clear" w:color="auto" w:fill="D9EAF7"/>
            <w:vAlign w:val="center"/>
          </w:tcPr>
          <w:p w14:paraId="709FB45E" w14:textId="77777777" w:rsidR="000D4B10" w:rsidRDefault="000D4B10">
            <w:r>
              <w:rPr>
                <w:b/>
                <w:sz w:val="17"/>
              </w:rPr>
              <w:t>Incarico/Funzione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39D76B84" w14:textId="77777777" w:rsidR="000D4B10" w:rsidRDefault="000D4B10">
            <w:r>
              <w:rPr>
                <w:b/>
                <w:sz w:val="17"/>
              </w:rPr>
              <w:t>Dal</w:t>
            </w:r>
          </w:p>
        </w:tc>
        <w:tc>
          <w:tcPr>
            <w:tcW w:w="1616" w:type="dxa"/>
            <w:shd w:val="clear" w:color="auto" w:fill="D9EAF7"/>
            <w:vAlign w:val="center"/>
          </w:tcPr>
          <w:p w14:paraId="18447A0D" w14:textId="77777777" w:rsidR="000D4B10" w:rsidRDefault="000D4B10">
            <w:r>
              <w:rPr>
                <w:b/>
                <w:sz w:val="17"/>
              </w:rPr>
              <w:t>Al</w:t>
            </w:r>
          </w:p>
        </w:tc>
      </w:tr>
      <w:tr w:rsidR="000D4B10" w14:paraId="08FE4EFD" w14:textId="77777777" w:rsidTr="000D4B10">
        <w:trPr>
          <w:jc w:val="center"/>
        </w:trPr>
        <w:tc>
          <w:tcPr>
            <w:tcW w:w="3104" w:type="dxa"/>
            <w:vAlign w:val="center"/>
          </w:tcPr>
          <w:p w14:paraId="4462BF5C" w14:textId="77777777" w:rsidR="000D4B10" w:rsidRDefault="000D4B10"/>
        </w:tc>
        <w:tc>
          <w:tcPr>
            <w:tcW w:w="2845" w:type="dxa"/>
            <w:vAlign w:val="center"/>
          </w:tcPr>
          <w:p w14:paraId="1B53FE2C" w14:textId="77777777" w:rsidR="000D4B10" w:rsidRDefault="000D4B10"/>
        </w:tc>
        <w:tc>
          <w:tcPr>
            <w:tcW w:w="1559" w:type="dxa"/>
            <w:vAlign w:val="center"/>
          </w:tcPr>
          <w:p w14:paraId="004A97FC" w14:textId="77777777" w:rsidR="000D4B10" w:rsidRDefault="000D4B10"/>
        </w:tc>
        <w:tc>
          <w:tcPr>
            <w:tcW w:w="1616" w:type="dxa"/>
            <w:vAlign w:val="center"/>
          </w:tcPr>
          <w:p w14:paraId="48B5424A" w14:textId="77777777" w:rsidR="000D4B10" w:rsidRDefault="000D4B10"/>
        </w:tc>
      </w:tr>
      <w:tr w:rsidR="000D4B10" w14:paraId="663D8006" w14:textId="77777777" w:rsidTr="000D4B10">
        <w:trPr>
          <w:jc w:val="center"/>
        </w:trPr>
        <w:tc>
          <w:tcPr>
            <w:tcW w:w="3104" w:type="dxa"/>
            <w:vAlign w:val="center"/>
          </w:tcPr>
          <w:p w14:paraId="1F28FB08" w14:textId="77777777" w:rsidR="000D4B10" w:rsidRDefault="000D4B10"/>
        </w:tc>
        <w:tc>
          <w:tcPr>
            <w:tcW w:w="2845" w:type="dxa"/>
            <w:vAlign w:val="center"/>
          </w:tcPr>
          <w:p w14:paraId="02332173" w14:textId="77777777" w:rsidR="000D4B10" w:rsidRDefault="000D4B10"/>
        </w:tc>
        <w:tc>
          <w:tcPr>
            <w:tcW w:w="1559" w:type="dxa"/>
            <w:vAlign w:val="center"/>
          </w:tcPr>
          <w:p w14:paraId="7E96ED73" w14:textId="77777777" w:rsidR="000D4B10" w:rsidRDefault="000D4B10"/>
        </w:tc>
        <w:tc>
          <w:tcPr>
            <w:tcW w:w="1616" w:type="dxa"/>
            <w:vAlign w:val="center"/>
          </w:tcPr>
          <w:p w14:paraId="7F204937" w14:textId="77777777" w:rsidR="000D4B10" w:rsidRDefault="000D4B10"/>
        </w:tc>
      </w:tr>
      <w:tr w:rsidR="000D4B10" w14:paraId="70084BFD" w14:textId="77777777" w:rsidTr="000D4B10">
        <w:trPr>
          <w:jc w:val="center"/>
        </w:trPr>
        <w:tc>
          <w:tcPr>
            <w:tcW w:w="3104" w:type="dxa"/>
            <w:vAlign w:val="center"/>
          </w:tcPr>
          <w:p w14:paraId="60655AEB" w14:textId="77777777" w:rsidR="000D4B10" w:rsidRDefault="000D4B10"/>
        </w:tc>
        <w:tc>
          <w:tcPr>
            <w:tcW w:w="2845" w:type="dxa"/>
            <w:vAlign w:val="center"/>
          </w:tcPr>
          <w:p w14:paraId="2B5DC310" w14:textId="77777777" w:rsidR="000D4B10" w:rsidRDefault="000D4B10"/>
        </w:tc>
        <w:tc>
          <w:tcPr>
            <w:tcW w:w="1559" w:type="dxa"/>
            <w:vAlign w:val="center"/>
          </w:tcPr>
          <w:p w14:paraId="4711008C" w14:textId="77777777" w:rsidR="000D4B10" w:rsidRDefault="000D4B10"/>
        </w:tc>
        <w:tc>
          <w:tcPr>
            <w:tcW w:w="1616" w:type="dxa"/>
            <w:vAlign w:val="center"/>
          </w:tcPr>
          <w:p w14:paraId="724EDC7D" w14:textId="77777777" w:rsidR="000D4B10" w:rsidRDefault="000D4B10"/>
        </w:tc>
      </w:tr>
      <w:tr w:rsidR="000D4B10" w14:paraId="530FCCA6" w14:textId="77777777" w:rsidTr="000D4B10">
        <w:trPr>
          <w:jc w:val="center"/>
        </w:trPr>
        <w:tc>
          <w:tcPr>
            <w:tcW w:w="3104" w:type="dxa"/>
            <w:vAlign w:val="center"/>
          </w:tcPr>
          <w:p w14:paraId="09582166" w14:textId="77777777" w:rsidR="000D4B10" w:rsidRDefault="000D4B10"/>
        </w:tc>
        <w:tc>
          <w:tcPr>
            <w:tcW w:w="2845" w:type="dxa"/>
            <w:vAlign w:val="center"/>
          </w:tcPr>
          <w:p w14:paraId="1505FC88" w14:textId="77777777" w:rsidR="000D4B10" w:rsidRDefault="000D4B10"/>
        </w:tc>
        <w:tc>
          <w:tcPr>
            <w:tcW w:w="1559" w:type="dxa"/>
            <w:vAlign w:val="center"/>
          </w:tcPr>
          <w:p w14:paraId="21B5A2E8" w14:textId="77777777" w:rsidR="000D4B10" w:rsidRDefault="000D4B10"/>
        </w:tc>
        <w:tc>
          <w:tcPr>
            <w:tcW w:w="1616" w:type="dxa"/>
            <w:vAlign w:val="center"/>
          </w:tcPr>
          <w:p w14:paraId="50376C48" w14:textId="77777777" w:rsidR="000D4B10" w:rsidRDefault="000D4B10"/>
        </w:tc>
      </w:tr>
      <w:tr w:rsidR="000D4B10" w14:paraId="10A641B1" w14:textId="77777777" w:rsidTr="000D4B10">
        <w:trPr>
          <w:jc w:val="center"/>
        </w:trPr>
        <w:tc>
          <w:tcPr>
            <w:tcW w:w="3104" w:type="dxa"/>
            <w:vAlign w:val="center"/>
          </w:tcPr>
          <w:p w14:paraId="202AEC40" w14:textId="77777777" w:rsidR="000D4B10" w:rsidRDefault="000D4B10"/>
        </w:tc>
        <w:tc>
          <w:tcPr>
            <w:tcW w:w="2845" w:type="dxa"/>
            <w:vAlign w:val="center"/>
          </w:tcPr>
          <w:p w14:paraId="29B614F7" w14:textId="77777777" w:rsidR="000D4B10" w:rsidRDefault="000D4B10"/>
        </w:tc>
        <w:tc>
          <w:tcPr>
            <w:tcW w:w="1559" w:type="dxa"/>
            <w:vAlign w:val="center"/>
          </w:tcPr>
          <w:p w14:paraId="494F06AC" w14:textId="77777777" w:rsidR="000D4B10" w:rsidRDefault="000D4B10"/>
        </w:tc>
        <w:tc>
          <w:tcPr>
            <w:tcW w:w="1616" w:type="dxa"/>
            <w:vAlign w:val="center"/>
          </w:tcPr>
          <w:p w14:paraId="77BFBE23" w14:textId="77777777" w:rsidR="000D4B10" w:rsidRDefault="000D4B10"/>
        </w:tc>
      </w:tr>
    </w:tbl>
    <w:p w14:paraId="5532D833" w14:textId="77777777" w:rsidR="000803E1" w:rsidRDefault="00AD609D">
      <w:pPr>
        <w:spacing w:after="120"/>
      </w:pPr>
      <w:r>
        <w:t>Il/La sottoscritto/a dichiara inoltre che il curriculum vitae allegato evidenzia gli obiettivi gestionali perseguiti e i risultati concretamente conseguiti, con particolare riferimento, ove presenti, alle esperienze maturate nell’attuazione di strategie di risanamento, ristrutturazione, riequilibrio economico-finanziario, efficientamento organizzativo e gestionale di realtà caratterizzate da criticità economiche, finanziarie o gestionali.</w:t>
      </w:r>
    </w:p>
    <w:p w14:paraId="1A9CFF83" w14:textId="77777777" w:rsidR="000803E1" w:rsidRDefault="00AD609D">
      <w:pPr>
        <w:spacing w:after="80"/>
      </w:pPr>
      <w:r>
        <w:rPr>
          <w:b/>
        </w:rPr>
        <w:t>3. REQUISITI GENERALI</w:t>
      </w:r>
    </w:p>
    <w:p w14:paraId="1402F60C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essere in possesso dei requisiti soggettivi richiesti dalla normativa vigente per l’instaurazione del rapporto di lavoro e per il conferimento dell’incarico;</w:t>
      </w:r>
    </w:p>
    <w:p w14:paraId="50A5D957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essere in pieno godimento dei diritti civili e politici;</w:t>
      </w:r>
    </w:p>
    <w:p w14:paraId="058FB42D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non aver riportato condanne penali passate in giudicato che impediscano, secondo la normativa vigente, la costituzione del rapporto di lavoro o il conferimento dell’incarico;</w:t>
      </w:r>
    </w:p>
    <w:p w14:paraId="74FFE674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non trovarsi nelle condizioni che, secondo la normativa vigente, comportino il divieto di instaurazione del rapporto di lavoro o di conferimento dell’incarico;</w:t>
      </w:r>
    </w:p>
    <w:p w14:paraId="1838F49E" w14:textId="77777777" w:rsidR="000803E1" w:rsidRDefault="00AD609D">
      <w:pPr>
        <w:spacing w:after="40"/>
      </w:pPr>
      <w:r>
        <w:rPr>
          <w:sz w:val="22"/>
        </w:rPr>
        <w:lastRenderedPageBreak/>
        <w:t xml:space="preserve">☐ </w:t>
      </w:r>
      <w:r>
        <w:t>di non trovarsi in condizioni di incompatibilità o inconferibilità previste dalla normativa vigente, con particolare riferimento al D.Lgs. n. 39/2013;</w:t>
      </w:r>
    </w:p>
    <w:p w14:paraId="5C0D0A45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non trovarsi in condizioni incompatibili con l’assunzione dell’incarico ai sensi dello Statuto di ASM S.r.l. e della normativa vigente;</w:t>
      </w:r>
    </w:p>
    <w:p w14:paraId="7B4FCDBB" w14:textId="77777777" w:rsidR="000803E1" w:rsidRDefault="00AD609D">
      <w:pPr>
        <w:spacing w:after="80"/>
      </w:pPr>
      <w:r>
        <w:rPr>
          <w:b/>
        </w:rPr>
        <w:t>4. PRESA D’ATTO DELLE CONDIZIONI DELL’INCARICO</w:t>
      </w:r>
    </w:p>
    <w:p w14:paraId="3F9488E0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essere a conoscenza che la procedura non assume natura concorsuale e che l’inserimento nella short list non costituisce graduatoria di merito vincolante né attribuisce un diritto soggettivo al conferimento dell’incarico o all’assunzione;</w:t>
      </w:r>
    </w:p>
    <w:p w14:paraId="4053E2A6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essere a conoscenza che la scelta finale del soggetto cui conferire l’incarico resta rimessa al Socio Unico, secondo le competenze previste dalla legge e dallo Statuto di ASM S.r.l.;</w:t>
      </w:r>
    </w:p>
    <w:p w14:paraId="6D2ADC02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essere a conoscenza che il rapporto di lavoro sarà instaurato direttamente con ASM S.r.l. e sarà di diritto privato, a tempo determinato, della durata di tre anni, rinnovabile nei limiti e alle condizioni previste dalla legge, dallo Statuto e dagli atti degli organi competenti;</w:t>
      </w:r>
    </w:p>
    <w:p w14:paraId="20473389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essere a conoscenza che all’atto della nomina l’Assemblea dei soci attribuisce al Direttore Generale le relative mansioni;</w:t>
      </w:r>
    </w:p>
    <w:p w14:paraId="6690DD84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essere a conoscenza del regime di esclusività previsto dall’art. 22 dello Statuto di ASM S.r.l.;</w:t>
      </w:r>
    </w:p>
    <w:p w14:paraId="5E8F0D7B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impegnarsi, in caso di conferimento dell’incarico, al rispetto dei vincoli di esclusività, incompatibilità e degli ulteriori obblighi previsti dalla legge e dallo Statuto di ASM S.r.l.;</w:t>
      </w:r>
    </w:p>
    <w:p w14:paraId="3105238B" w14:textId="77777777" w:rsidR="000803E1" w:rsidRDefault="00AD609D">
      <w:pPr>
        <w:spacing w:after="80"/>
      </w:pPr>
      <w:r>
        <w:rPr>
          <w:b/>
        </w:rPr>
        <w:t>5. DICHIARAZIONI FINALI</w:t>
      </w:r>
    </w:p>
    <w:p w14:paraId="2D3148A4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aver preso integrale conoscenza dell’Avviso pubblico e di accettarne senza riserva tutte le disposizioni;</w:t>
      </w:r>
    </w:p>
    <w:p w14:paraId="56BC7772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essere consapevole che i requisiti devono essere posseduti alla data di scadenza del termine per la presentazione della domanda;</w:t>
      </w:r>
    </w:p>
    <w:p w14:paraId="173F2F47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essere consapevole che il Comune di Molfetta e/o ASM S.r.l., ciascuno per quanto di rispettiva competenza, possono effettuare i controlli previsti dalla normativa vigente sulla veridicità delle dichiarazioni rese;</w:t>
      </w:r>
    </w:p>
    <w:p w14:paraId="6E05689E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essere consapevole che la non veridicità delle dichiarazioni comporta le conseguenze previste dagli artt. 75 e 76 del D.P.R. n. 445/2000;</w:t>
      </w:r>
    </w:p>
    <w:p w14:paraId="608B6D95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di impegnarsi a comunicare tempestivamente eventuali variazioni delle informazioni e delle condizioni dichiarate rilevanti ai fini della procedura e del successivo eventuale conferimento dell’incarico;</w:t>
      </w:r>
    </w:p>
    <w:p w14:paraId="5FF7D474" w14:textId="77777777" w:rsidR="000803E1" w:rsidRDefault="00AD609D">
      <w:pPr>
        <w:spacing w:after="40"/>
      </w:pPr>
      <w:r>
        <w:t>☐ di aver preso visione dell’Allegato C – Informativa sul trattamento dei dati personali e di essere a conoscenza delle modalità e finalità del trattamento dei dati personali nell’ambito della procedura.</w:t>
      </w:r>
    </w:p>
    <w:p w14:paraId="419E527D" w14:textId="77777777" w:rsidR="000803E1" w:rsidRDefault="00AD609D">
      <w:pPr>
        <w:spacing w:after="80"/>
      </w:pPr>
      <w:r>
        <w:rPr>
          <w:b/>
        </w:rPr>
        <w:t>ALLEGATI ALLA DOMANDA</w:t>
      </w:r>
    </w:p>
    <w:p w14:paraId="71CF51E9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Curriculum vitae aggiornato;</w:t>
      </w:r>
    </w:p>
    <w:p w14:paraId="398642F1" w14:textId="77777777" w:rsidR="000803E1" w:rsidRDefault="00AD609D">
      <w:pPr>
        <w:spacing w:after="40"/>
      </w:pPr>
      <w:r>
        <w:rPr>
          <w:sz w:val="22"/>
        </w:rPr>
        <w:t xml:space="preserve">☐ </w:t>
      </w:r>
      <w:r>
        <w:t>Copia di un valido documento di identità;</w:t>
      </w:r>
    </w:p>
    <w:p w14:paraId="485453C2" w14:textId="12475C7D" w:rsidR="000803E1" w:rsidRDefault="00AD609D">
      <w:pPr>
        <w:spacing w:after="40"/>
      </w:pPr>
      <w:r>
        <w:rPr>
          <w:sz w:val="22"/>
        </w:rPr>
        <w:t xml:space="preserve">☐ </w:t>
      </w:r>
      <w:r w:rsidR="000D4B10">
        <w:t>Allegato C – informativ</w:t>
      </w:r>
      <w:r w:rsidR="002E43F0">
        <w:t>a</w:t>
      </w:r>
      <w:r w:rsidR="000D4B10">
        <w:t xml:space="preserve"> privacy sottoscritta</w:t>
      </w:r>
    </w:p>
    <w:p w14:paraId="661E126A" w14:textId="77777777" w:rsidR="000803E1" w:rsidRDefault="00AD609D">
      <w:pPr>
        <w:spacing w:after="160"/>
      </w:pPr>
      <w:r>
        <w:t>Luogo e data: ________________________________________________</w:t>
      </w:r>
    </w:p>
    <w:p w14:paraId="2AB55DA7" w14:textId="77777777" w:rsidR="000803E1" w:rsidRDefault="00AD609D">
      <w:pPr>
        <w:spacing w:after="160"/>
      </w:pPr>
      <w:r>
        <w:rPr>
          <w:b/>
        </w:rPr>
        <w:t>Firma del/della candidato/a: ________________________________________________</w:t>
      </w:r>
    </w:p>
    <w:p w14:paraId="0AD68DC9" w14:textId="618DD92A" w:rsidR="000803E1" w:rsidRDefault="000803E1">
      <w:pPr>
        <w:pStyle w:val="Small"/>
        <w:spacing w:after="40"/>
      </w:pPr>
    </w:p>
    <w:sectPr w:rsidR="000803E1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DD801" w14:textId="77777777" w:rsidR="00814121" w:rsidRDefault="00814121">
      <w:pPr>
        <w:spacing w:after="0" w:line="240" w:lineRule="auto"/>
      </w:pPr>
      <w:r>
        <w:separator/>
      </w:r>
    </w:p>
  </w:endnote>
  <w:endnote w:type="continuationSeparator" w:id="0">
    <w:p w14:paraId="2D5DEE0B" w14:textId="77777777" w:rsidR="00814121" w:rsidRDefault="00814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94711" w14:textId="77777777" w:rsidR="000803E1" w:rsidRDefault="00AD609D">
    <w:pPr>
      <w:pStyle w:val="Pidipagina"/>
      <w:jc w:val="center"/>
    </w:pPr>
    <w:r>
      <w:rPr>
        <w:sz w:val="16"/>
      </w:rPr>
      <w:t>Allegato B – Domanda di partecipazione – Direttore Generale ASM S.r.l.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7A394" w14:textId="77777777" w:rsidR="00814121" w:rsidRDefault="00814121">
      <w:pPr>
        <w:spacing w:after="0" w:line="240" w:lineRule="auto"/>
      </w:pPr>
      <w:r>
        <w:separator/>
      </w:r>
    </w:p>
  </w:footnote>
  <w:footnote w:type="continuationSeparator" w:id="0">
    <w:p w14:paraId="0021A087" w14:textId="77777777" w:rsidR="00814121" w:rsidRDefault="008141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3E1"/>
    <w:rsid w:val="000D4B10"/>
    <w:rsid w:val="00144BC2"/>
    <w:rsid w:val="0015074B"/>
    <w:rsid w:val="0029639D"/>
    <w:rsid w:val="002E43F0"/>
    <w:rsid w:val="00326F90"/>
    <w:rsid w:val="00384C5D"/>
    <w:rsid w:val="004A0121"/>
    <w:rsid w:val="006A77A6"/>
    <w:rsid w:val="00814121"/>
    <w:rsid w:val="00893ECA"/>
    <w:rsid w:val="008E4287"/>
    <w:rsid w:val="00A135C6"/>
    <w:rsid w:val="00AA1D8D"/>
    <w:rsid w:val="00AD609D"/>
    <w:rsid w:val="00B47730"/>
    <w:rsid w:val="00CB0664"/>
    <w:rsid w:val="00F13A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B89FFA"/>
  <w14:defaultImageDpi w14:val="300"/>
  <w15:docId w15:val="{E3ECC06E-1B6E-412B-A5DA-88446AC9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eastAsia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– Domanda di partecipazione Direttore Generale ASM S.r.l.</dc:title>
  <dc:subject>Modulo di domanda allineato all’Avviso pubblico per la nomina del Direttore Generale di ASM S.r.l.</dc:subject>
  <dc:creator>Comune di Molfetta</dc:creator>
  <cp:keywords/>
  <dc:description>generated by python-docx</dc:description>
  <cp:lastModifiedBy>roberto</cp:lastModifiedBy>
  <cp:revision>8</cp:revision>
  <cp:lastPrinted>2026-09-16T11:36:00Z</cp:lastPrinted>
  <dcterms:created xsi:type="dcterms:W3CDTF">2026-09-16T11:39:00Z</dcterms:created>
  <dcterms:modified xsi:type="dcterms:W3CDTF">2026-09-17T14:25:00Z</dcterms:modified>
  <cp:category/>
</cp:coreProperties>
</file>